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CB9E" w14:textId="77777777" w:rsidR="001754EB" w:rsidRDefault="00000000">
      <w:pPr>
        <w:jc w:val="center"/>
      </w:pPr>
      <w:r>
        <w:rPr>
          <w:noProof/>
        </w:rPr>
        <w:drawing>
          <wp:inline distT="0" distB="0" distL="0" distR="0" wp14:anchorId="738C16F2" wp14:editId="60593F6B">
            <wp:extent cx="2286000" cy="2264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6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E1E60" w14:textId="77777777" w:rsidR="001754EB" w:rsidRDefault="00000000">
      <w:pPr>
        <w:jc w:val="center"/>
      </w:pPr>
      <w:r>
        <w:rPr>
          <w:b/>
        </w:rPr>
        <w:t>Anxiety Thought Reframing Worksheet</w:t>
      </w:r>
    </w:p>
    <w:p w14:paraId="253028A3" w14:textId="77777777" w:rsidR="001754EB" w:rsidRDefault="00000000">
      <w:pPr>
        <w:jc w:val="center"/>
      </w:pPr>
      <w:r>
        <w:t>Rose and Thorn – Life and Wellness Coaching</w:t>
      </w:r>
      <w:r>
        <w:br/>
        <w:t>www.roseandthorn.biz</w:t>
      </w:r>
    </w:p>
    <w:p w14:paraId="4393ADF0" w14:textId="77777777" w:rsidR="001754EB" w:rsidRDefault="001754EB"/>
    <w:p w14:paraId="138496EC" w14:textId="77777777" w:rsidR="001754EB" w:rsidRDefault="00000000">
      <w:r>
        <w:t>Anxious Thought:</w:t>
      </w:r>
    </w:p>
    <w:p w14:paraId="609EA131" w14:textId="26B6DEA0" w:rsidR="001754EB" w:rsidRDefault="00000000">
      <w:r>
        <w:t>_____________________________</w:t>
      </w:r>
      <w:r w:rsidR="005F31D2">
        <w:t>_______________________________________________________________________________________</w:t>
      </w:r>
      <w:r>
        <w:t>_______________</w:t>
      </w:r>
    </w:p>
    <w:p w14:paraId="409ABD40" w14:textId="77777777" w:rsidR="001754EB" w:rsidRDefault="001754EB"/>
    <w:p w14:paraId="0B5B2209" w14:textId="77777777" w:rsidR="001754EB" w:rsidRDefault="00000000">
      <w:r>
        <w:t>Evidence Supporting the Thought:</w:t>
      </w:r>
    </w:p>
    <w:p w14:paraId="7503E99B" w14:textId="77777777" w:rsidR="005F31D2" w:rsidRDefault="005F31D2" w:rsidP="005F31D2">
      <w:r>
        <w:t>___________________________________________________________________________________________________________________________________</w:t>
      </w:r>
    </w:p>
    <w:p w14:paraId="15EFDC58" w14:textId="77777777" w:rsidR="001754EB" w:rsidRDefault="001754EB"/>
    <w:p w14:paraId="2DE4EB8B" w14:textId="77777777" w:rsidR="001754EB" w:rsidRDefault="00000000">
      <w:r>
        <w:t>Evidence Against the Thought:</w:t>
      </w:r>
    </w:p>
    <w:p w14:paraId="3225E013" w14:textId="77777777" w:rsidR="005F31D2" w:rsidRDefault="005F31D2" w:rsidP="005F31D2">
      <w:r>
        <w:t>___________________________________________________________________________________________________________________________________</w:t>
      </w:r>
    </w:p>
    <w:p w14:paraId="54D5B461" w14:textId="77777777" w:rsidR="001754EB" w:rsidRDefault="001754EB"/>
    <w:p w14:paraId="2575D4DE" w14:textId="77777777" w:rsidR="001754EB" w:rsidRDefault="00000000">
      <w:r>
        <w:t>Balanced / Reframed Thought:</w:t>
      </w:r>
    </w:p>
    <w:p w14:paraId="72120567" w14:textId="77777777" w:rsidR="005F31D2" w:rsidRDefault="005F31D2" w:rsidP="005F31D2">
      <w:r>
        <w:t>___________________________________________________________________________________________________________________________________</w:t>
      </w:r>
    </w:p>
    <w:p w14:paraId="61CFBB75" w14:textId="77777777" w:rsidR="001754EB" w:rsidRDefault="001754EB"/>
    <w:p w14:paraId="7957644C" w14:textId="77777777" w:rsidR="001754EB" w:rsidRDefault="00000000">
      <w:r>
        <w:br w:type="page"/>
      </w:r>
    </w:p>
    <w:p w14:paraId="28AFADEC" w14:textId="77777777" w:rsidR="001754E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5AE2CF4D" wp14:editId="4A37983C">
            <wp:extent cx="2286000" cy="2264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6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00961" w14:textId="77777777" w:rsidR="001754EB" w:rsidRDefault="00000000">
      <w:pPr>
        <w:jc w:val="center"/>
      </w:pPr>
      <w:r>
        <w:rPr>
          <w:b/>
        </w:rPr>
        <w:t>What To Do During a Panic Attack</w:t>
      </w:r>
    </w:p>
    <w:p w14:paraId="5A64B57D" w14:textId="77777777" w:rsidR="001754EB" w:rsidRDefault="00000000">
      <w:pPr>
        <w:jc w:val="center"/>
      </w:pPr>
      <w:r>
        <w:t>Rose and Thorn – Life and Wellness Coaching</w:t>
      </w:r>
      <w:r>
        <w:br/>
        <w:t>www.roseandthorn.biz</w:t>
      </w:r>
    </w:p>
    <w:p w14:paraId="649361F0" w14:textId="77777777" w:rsidR="001754EB" w:rsidRDefault="001754EB"/>
    <w:p w14:paraId="052112C0" w14:textId="77777777" w:rsidR="001754EB" w:rsidRDefault="00000000">
      <w:r>
        <w:t>1. Slow breathing (inhale 4 seconds, exhale 6 seconds).</w:t>
      </w:r>
    </w:p>
    <w:p w14:paraId="38662BB7" w14:textId="77777777" w:rsidR="005F31D2" w:rsidRDefault="005F31D2" w:rsidP="005F31D2">
      <w:r>
        <w:t>___________________________________________________________________________________________________________________________________</w:t>
      </w:r>
    </w:p>
    <w:p w14:paraId="01B0CA7C" w14:textId="77777777" w:rsidR="001754EB" w:rsidRDefault="001754EB"/>
    <w:p w14:paraId="7654B682" w14:textId="77777777" w:rsidR="001754EB" w:rsidRDefault="00000000">
      <w:r>
        <w:t>2. Ground yourself: name 5 things you see, 4 you feel, 3 you hear.</w:t>
      </w:r>
    </w:p>
    <w:p w14:paraId="042FA3AC" w14:textId="77777777" w:rsidR="001754EB" w:rsidRDefault="001754EB"/>
    <w:p w14:paraId="32A6B8D4" w14:textId="77777777" w:rsidR="001754EB" w:rsidRDefault="00000000">
      <w:r>
        <w:t>3. Remind yourself: panic is uncomfortable but not dangerous.</w:t>
      </w:r>
    </w:p>
    <w:p w14:paraId="3BC68A8B" w14:textId="77777777" w:rsidR="001754EB" w:rsidRDefault="001754EB"/>
    <w:p w14:paraId="4ABDC5B2" w14:textId="77777777" w:rsidR="001754EB" w:rsidRDefault="00000000">
      <w:r>
        <w:t>4. Stay where you are if possible and allow the anxiety to pass.</w:t>
      </w:r>
    </w:p>
    <w:p w14:paraId="1AC7E1ED" w14:textId="77777777" w:rsidR="001754EB" w:rsidRDefault="001754EB"/>
    <w:p w14:paraId="01330091" w14:textId="77777777" w:rsidR="001754EB" w:rsidRDefault="00000000">
      <w:r>
        <w:t>5. Avoid escaping immediately, which can reinforce the fear cycle.</w:t>
      </w:r>
    </w:p>
    <w:p w14:paraId="2A1649CD" w14:textId="77777777" w:rsidR="001754EB" w:rsidRDefault="001754EB"/>
    <w:p w14:paraId="341A066B" w14:textId="77777777" w:rsidR="001754EB" w:rsidRDefault="00000000">
      <w:r>
        <w:br w:type="page"/>
      </w:r>
    </w:p>
    <w:p w14:paraId="6574F6E5" w14:textId="77777777" w:rsidR="001754E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51D818C7" wp14:editId="6A3B621B">
            <wp:extent cx="2286000" cy="2264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6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0A457" w14:textId="77777777" w:rsidR="001754EB" w:rsidRDefault="00000000">
      <w:pPr>
        <w:jc w:val="center"/>
      </w:pPr>
      <w:r>
        <w:rPr>
          <w:b/>
        </w:rPr>
        <w:t>Exposure Ladder (ERP)</w:t>
      </w:r>
    </w:p>
    <w:p w14:paraId="0C1D8A68" w14:textId="77777777" w:rsidR="001754EB" w:rsidRDefault="00000000">
      <w:pPr>
        <w:jc w:val="center"/>
      </w:pPr>
      <w:r>
        <w:t>Rose and Thorn – Life and Wellness Coaching</w:t>
      </w:r>
      <w:r>
        <w:br/>
        <w:t>www.roseandthorn.biz</w:t>
      </w:r>
    </w:p>
    <w:p w14:paraId="6453615D" w14:textId="77777777" w:rsidR="001754EB" w:rsidRDefault="001754EB"/>
    <w:p w14:paraId="6DCB25B8" w14:textId="77777777" w:rsidR="001754EB" w:rsidRDefault="00000000">
      <w:r>
        <w:t>List feared situations from least to most anxiety provoking.</w:t>
      </w:r>
    </w:p>
    <w:p w14:paraId="2572E421" w14:textId="1A779144" w:rsidR="001754EB" w:rsidRDefault="00000000">
      <w:r>
        <w:t>____________________________________________</w:t>
      </w:r>
      <w:r w:rsidR="005F31D2">
        <w:t>_____________________</w:t>
      </w:r>
    </w:p>
    <w:p w14:paraId="61E4518E" w14:textId="7B0A4AFE" w:rsidR="005F31D2" w:rsidRDefault="005F31D2">
      <w:r>
        <w:t>_________________________________________________________________</w:t>
      </w:r>
    </w:p>
    <w:p w14:paraId="6F4CA899" w14:textId="77777777" w:rsidR="005F31D2" w:rsidRDefault="005F31D2" w:rsidP="005F31D2">
      <w:r>
        <w:t>_________________________________________________________________</w:t>
      </w:r>
    </w:p>
    <w:p w14:paraId="6AECE42D" w14:textId="77777777" w:rsidR="005F31D2" w:rsidRDefault="005F31D2" w:rsidP="005F31D2">
      <w:r>
        <w:t>_________________________________________________________________</w:t>
      </w:r>
    </w:p>
    <w:p w14:paraId="1CFA7016" w14:textId="77777777" w:rsidR="005F31D2" w:rsidRDefault="005F31D2" w:rsidP="005F31D2">
      <w:r>
        <w:t>_________________________________________________________________</w:t>
      </w:r>
    </w:p>
    <w:p w14:paraId="4EAAB875" w14:textId="77777777" w:rsidR="005F31D2" w:rsidRDefault="005F31D2" w:rsidP="005F31D2">
      <w:r>
        <w:t>_________________________________________________________________</w:t>
      </w:r>
    </w:p>
    <w:p w14:paraId="067350C0" w14:textId="77777777" w:rsidR="005F31D2" w:rsidRDefault="005F31D2" w:rsidP="005F31D2">
      <w:r>
        <w:t>_________________________________________________________________</w:t>
      </w:r>
    </w:p>
    <w:p w14:paraId="43A68933" w14:textId="77777777" w:rsidR="001754EB" w:rsidRDefault="001754EB"/>
    <w:p w14:paraId="66EA40BE" w14:textId="77777777" w:rsidR="001754EB" w:rsidRDefault="00000000">
      <w:r>
        <w:t>Situation / Trigger | Anxiety Level (0–10)</w:t>
      </w:r>
    </w:p>
    <w:p w14:paraId="5FB416A2" w14:textId="77777777" w:rsidR="005F31D2" w:rsidRDefault="005F31D2" w:rsidP="005F31D2">
      <w:r>
        <w:t>_________________________________________________________________</w:t>
      </w:r>
    </w:p>
    <w:p w14:paraId="1AD51B52" w14:textId="77777777" w:rsidR="005F31D2" w:rsidRDefault="005F31D2" w:rsidP="005F31D2">
      <w:r>
        <w:t>_________________________________________________________________</w:t>
      </w:r>
    </w:p>
    <w:p w14:paraId="7C85E3CA" w14:textId="77777777" w:rsidR="005F31D2" w:rsidRDefault="005F31D2" w:rsidP="005F31D2">
      <w:r>
        <w:t>_________________________________________________________________</w:t>
      </w:r>
    </w:p>
    <w:p w14:paraId="3780B5C4" w14:textId="77777777" w:rsidR="005F31D2" w:rsidRDefault="005F31D2" w:rsidP="005F31D2">
      <w:r>
        <w:t>_________________________________________________________________</w:t>
      </w:r>
    </w:p>
    <w:p w14:paraId="5FCA03EE" w14:textId="77777777" w:rsidR="005F31D2" w:rsidRDefault="005F31D2" w:rsidP="005F31D2">
      <w:r>
        <w:t>_________________________________________________________________</w:t>
      </w:r>
    </w:p>
    <w:p w14:paraId="6405B898" w14:textId="77777777" w:rsidR="005F31D2" w:rsidRDefault="005F31D2" w:rsidP="005F31D2">
      <w:r>
        <w:t>_________________________________________________________________</w:t>
      </w:r>
    </w:p>
    <w:p w14:paraId="586D0557" w14:textId="00158736" w:rsidR="001754EB" w:rsidRDefault="005F31D2">
      <w:r>
        <w:t xml:space="preserve">Work your way up the anxiety provoking situations while finding a way to allow the anxious thoughts (see </w:t>
      </w:r>
      <w:r w:rsidR="008F4B84">
        <w:t>Panic Attack</w:t>
      </w:r>
      <w:r>
        <w:t xml:space="preserve"> worksheet)</w:t>
      </w:r>
      <w:r w:rsidR="00000000">
        <w:br w:type="page"/>
      </w:r>
    </w:p>
    <w:p w14:paraId="6972AE86" w14:textId="77777777" w:rsidR="001754E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032FA185" wp14:editId="55541A85">
            <wp:extent cx="2286000" cy="2264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6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E354D" w14:textId="77777777" w:rsidR="001754EB" w:rsidRDefault="00000000">
      <w:pPr>
        <w:jc w:val="center"/>
      </w:pPr>
      <w:r>
        <w:rPr>
          <w:b/>
        </w:rPr>
        <w:t>Rumination &amp; Overthinking Tracker</w:t>
      </w:r>
    </w:p>
    <w:p w14:paraId="236FB705" w14:textId="77777777" w:rsidR="001754EB" w:rsidRDefault="00000000">
      <w:pPr>
        <w:jc w:val="center"/>
      </w:pPr>
      <w:r>
        <w:t>Rose and Thorn – Life and Wellness Coaching</w:t>
      </w:r>
      <w:r>
        <w:br/>
        <w:t>www.roseandthorn.biz</w:t>
      </w:r>
    </w:p>
    <w:p w14:paraId="0FCD11F6" w14:textId="77777777" w:rsidR="001754EB" w:rsidRDefault="001754EB"/>
    <w:p w14:paraId="4936C75C" w14:textId="77777777" w:rsidR="001754EB" w:rsidRDefault="00000000">
      <w:r>
        <w:t>Situation / Trigger:</w:t>
      </w:r>
    </w:p>
    <w:p w14:paraId="525E8299" w14:textId="77777777" w:rsidR="00DA7220" w:rsidRDefault="00DA7220" w:rsidP="00DA7220">
      <w:r>
        <w:t>___________________________________________________________________________________________________________________________________</w:t>
      </w:r>
    </w:p>
    <w:p w14:paraId="0EC50F96" w14:textId="77777777" w:rsidR="00DA7220" w:rsidRDefault="00DA7220" w:rsidP="00DA7220">
      <w:r>
        <w:t>___________________________________________________________________________________________________________________________________</w:t>
      </w:r>
    </w:p>
    <w:p w14:paraId="4D0E9B95" w14:textId="77777777" w:rsidR="001754EB" w:rsidRDefault="001754EB"/>
    <w:p w14:paraId="44737A92" w14:textId="77777777" w:rsidR="001754EB" w:rsidRDefault="00000000">
      <w:r>
        <w:t>Worry or Repetitive Thought:</w:t>
      </w:r>
    </w:p>
    <w:p w14:paraId="38F3A577" w14:textId="77777777" w:rsidR="00DA7220" w:rsidRDefault="00DA7220" w:rsidP="00DA7220">
      <w:r>
        <w:t>___________________________________________________________________________________________________________________________________</w:t>
      </w:r>
    </w:p>
    <w:p w14:paraId="761F9401" w14:textId="77777777" w:rsidR="00DA7220" w:rsidRDefault="00DA7220" w:rsidP="00DA7220">
      <w:r>
        <w:t>___________________________________________________________________________________________________________________________________</w:t>
      </w:r>
    </w:p>
    <w:p w14:paraId="23FF8718" w14:textId="77777777" w:rsidR="001754EB" w:rsidRDefault="001754EB"/>
    <w:p w14:paraId="1CEE65F5" w14:textId="77777777" w:rsidR="001754EB" w:rsidRDefault="00000000">
      <w:r>
        <w:t>Is this something I can control? YES / NO</w:t>
      </w:r>
    </w:p>
    <w:p w14:paraId="00CA315D" w14:textId="77777777" w:rsidR="001754EB" w:rsidRDefault="00000000">
      <w:r>
        <w:t>____________________________________________</w:t>
      </w:r>
    </w:p>
    <w:p w14:paraId="67D46997" w14:textId="77777777" w:rsidR="001754EB" w:rsidRDefault="001754EB"/>
    <w:p w14:paraId="5AE3B786" w14:textId="77777777" w:rsidR="001754EB" w:rsidRDefault="00000000">
      <w:r>
        <w:t>One small action I can take:</w:t>
      </w:r>
    </w:p>
    <w:p w14:paraId="347DD909" w14:textId="77777777" w:rsidR="00DA7220" w:rsidRDefault="00DA7220" w:rsidP="00DA7220">
      <w:r>
        <w:t>___________________________________________________________________________________________________________________________________</w:t>
      </w:r>
    </w:p>
    <w:p w14:paraId="5AFBECAF" w14:textId="77777777" w:rsidR="00DA7220" w:rsidRDefault="00DA7220" w:rsidP="00DA7220">
      <w:r>
        <w:t>___________________________________________________________________________________________________________________________________</w:t>
      </w:r>
    </w:p>
    <w:p w14:paraId="5C70AF13" w14:textId="77777777" w:rsidR="001754EB" w:rsidRDefault="001754EB"/>
    <w:p w14:paraId="69F953D3" w14:textId="77777777" w:rsidR="001754EB" w:rsidRDefault="00000000">
      <w:r>
        <w:br w:type="page"/>
      </w:r>
    </w:p>
    <w:p w14:paraId="1D11C362" w14:textId="77777777" w:rsidR="001754E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168A4ACB" wp14:editId="52641C7F">
            <wp:extent cx="2286000" cy="2264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6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1587F" w14:textId="77777777" w:rsidR="001754EB" w:rsidRDefault="00000000">
      <w:pPr>
        <w:jc w:val="center"/>
      </w:pPr>
      <w:r>
        <w:rPr>
          <w:b/>
        </w:rPr>
        <w:t>Weekly Life Reset Planner</w:t>
      </w:r>
    </w:p>
    <w:p w14:paraId="762CEE6E" w14:textId="77777777" w:rsidR="001754EB" w:rsidRDefault="00000000">
      <w:pPr>
        <w:jc w:val="center"/>
      </w:pPr>
      <w:r>
        <w:t>Rose and Thorn – Life and Wellness Coaching</w:t>
      </w:r>
      <w:r>
        <w:br/>
        <w:t>www.roseandthorn.biz</w:t>
      </w:r>
    </w:p>
    <w:p w14:paraId="58963063" w14:textId="77777777" w:rsidR="001754EB" w:rsidRDefault="00000000">
      <w:r>
        <w:t>Top Priorities This Week:</w:t>
      </w:r>
    </w:p>
    <w:p w14:paraId="14CB34B6" w14:textId="77777777" w:rsidR="001754EB" w:rsidRDefault="00000000">
      <w:r>
        <w:t>____________________________________________</w:t>
      </w:r>
    </w:p>
    <w:p w14:paraId="4B6899EF" w14:textId="77777777" w:rsidR="00DA7220" w:rsidRDefault="00DA7220" w:rsidP="00DA7220">
      <w:r>
        <w:t>____________________________________________</w:t>
      </w:r>
    </w:p>
    <w:p w14:paraId="06E64882" w14:textId="77777777" w:rsidR="00DA7220" w:rsidRDefault="00DA7220" w:rsidP="00DA7220">
      <w:r>
        <w:t>____________________________________________</w:t>
      </w:r>
    </w:p>
    <w:p w14:paraId="4B785F2B" w14:textId="77777777" w:rsidR="00DA7220" w:rsidRDefault="00DA7220" w:rsidP="00DA7220">
      <w:r>
        <w:t>____________________________________________</w:t>
      </w:r>
    </w:p>
    <w:p w14:paraId="63E7DA72" w14:textId="77777777" w:rsidR="00DA7220" w:rsidRDefault="00DA7220" w:rsidP="00DA7220">
      <w:r>
        <w:t>____________________________________________</w:t>
      </w:r>
    </w:p>
    <w:p w14:paraId="0F3B031D" w14:textId="77777777" w:rsidR="001754EB" w:rsidRDefault="00000000">
      <w:r>
        <w:t>Appointments / Important Dates:</w:t>
      </w:r>
    </w:p>
    <w:p w14:paraId="65F33332" w14:textId="77777777" w:rsidR="001754EB" w:rsidRDefault="00000000">
      <w:r>
        <w:t>____________________________________________</w:t>
      </w:r>
    </w:p>
    <w:p w14:paraId="4FD89C38" w14:textId="77777777" w:rsidR="00DA7220" w:rsidRDefault="00DA7220" w:rsidP="00DA7220">
      <w:r>
        <w:t>____________________________________________</w:t>
      </w:r>
    </w:p>
    <w:p w14:paraId="179A31A1" w14:textId="3C789B09" w:rsidR="00DA7220" w:rsidRDefault="00DA7220" w:rsidP="00DA7220">
      <w:r>
        <w:t>____________________________________________</w:t>
      </w:r>
    </w:p>
    <w:p w14:paraId="1C3A999D" w14:textId="77777777" w:rsidR="001754EB" w:rsidRDefault="00000000">
      <w:r>
        <w:t>Meals to Plan:</w:t>
      </w:r>
    </w:p>
    <w:p w14:paraId="0F23EE76" w14:textId="77777777" w:rsidR="001754EB" w:rsidRDefault="00000000">
      <w:r>
        <w:t>____________________________________________</w:t>
      </w:r>
    </w:p>
    <w:p w14:paraId="116EBABE" w14:textId="77777777" w:rsidR="00DA7220" w:rsidRDefault="00DA7220" w:rsidP="00DA7220">
      <w:r>
        <w:t>____________________________________________</w:t>
      </w:r>
    </w:p>
    <w:p w14:paraId="5FFEC8EA" w14:textId="77777777" w:rsidR="00DA7220" w:rsidRDefault="00DA7220" w:rsidP="00DA7220">
      <w:r>
        <w:t>____________________________________________</w:t>
      </w:r>
    </w:p>
    <w:p w14:paraId="4C6E9432" w14:textId="77777777" w:rsidR="00DA7220" w:rsidRDefault="00DA7220" w:rsidP="00DA7220">
      <w:r>
        <w:t>____________________________________________</w:t>
      </w:r>
    </w:p>
    <w:p w14:paraId="49381E2D" w14:textId="77777777" w:rsidR="00DA7220" w:rsidRDefault="00DA7220" w:rsidP="00DA7220">
      <w:r>
        <w:t>____________________________________________</w:t>
      </w:r>
    </w:p>
    <w:p w14:paraId="727C0692" w14:textId="77777777" w:rsidR="001754EB" w:rsidRDefault="00000000">
      <w:r>
        <w:t>Self‑Care / Personal Time:</w:t>
      </w:r>
    </w:p>
    <w:p w14:paraId="1B15050E" w14:textId="77777777" w:rsidR="001754EB" w:rsidRDefault="00000000">
      <w:r>
        <w:t>____________________________________________</w:t>
      </w:r>
    </w:p>
    <w:p w14:paraId="79E06A94" w14:textId="77777777" w:rsidR="00DA7220" w:rsidRDefault="00DA7220" w:rsidP="00DA7220">
      <w:r>
        <w:t>____________________________________________</w:t>
      </w:r>
    </w:p>
    <w:p w14:paraId="17644879" w14:textId="77777777" w:rsidR="001754E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7192D385" wp14:editId="28C9778D">
            <wp:extent cx="2286000" cy="2264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6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CF8A2" w14:textId="77777777" w:rsidR="001754EB" w:rsidRDefault="00000000">
      <w:pPr>
        <w:jc w:val="center"/>
      </w:pPr>
      <w:r>
        <w:rPr>
          <w:b/>
        </w:rPr>
        <w:t>Getting Unstuck When Overwhelmed</w:t>
      </w:r>
    </w:p>
    <w:p w14:paraId="271B6546" w14:textId="77777777" w:rsidR="001754EB" w:rsidRDefault="00000000">
      <w:pPr>
        <w:jc w:val="center"/>
      </w:pPr>
      <w:r>
        <w:t>Rose and Thorn – Life and Wellness Coaching</w:t>
      </w:r>
      <w:r>
        <w:br/>
        <w:t>www.roseandthorn.biz</w:t>
      </w:r>
    </w:p>
    <w:p w14:paraId="6109032C" w14:textId="77777777" w:rsidR="001754EB" w:rsidRDefault="001754EB"/>
    <w:p w14:paraId="31CB9989" w14:textId="77777777" w:rsidR="001754EB" w:rsidRDefault="00000000">
      <w:r>
        <w:t>1. Write down everything on your mind.</w:t>
      </w:r>
    </w:p>
    <w:p w14:paraId="4926DFFE" w14:textId="77777777" w:rsidR="00B02296" w:rsidRDefault="00B02296" w:rsidP="00B02296">
      <w:r>
        <w:t>___________________________________________________________________________________________________________________________________</w:t>
      </w:r>
    </w:p>
    <w:p w14:paraId="736BF2F4" w14:textId="77777777" w:rsidR="00B02296" w:rsidRDefault="00B02296" w:rsidP="00B02296">
      <w:r>
        <w:t>___________________________________________________________________________________________________________________________________</w:t>
      </w:r>
    </w:p>
    <w:p w14:paraId="1046278F" w14:textId="323D43CA" w:rsidR="00B02296" w:rsidRDefault="00B02296" w:rsidP="00B02296">
      <w:r>
        <w:t>__________________________________________________________________________________________________________________________________</w:t>
      </w:r>
    </w:p>
    <w:p w14:paraId="6E684C1F" w14:textId="77777777" w:rsidR="00B02296" w:rsidRDefault="00B02296" w:rsidP="00B02296">
      <w:r>
        <w:t>___________________________________________________________________________________________________________________________________</w:t>
      </w:r>
    </w:p>
    <w:p w14:paraId="7669FF28" w14:textId="77777777" w:rsidR="001754EB" w:rsidRDefault="001754EB"/>
    <w:p w14:paraId="5B6E9CF0" w14:textId="77777777" w:rsidR="001754EB" w:rsidRDefault="00000000">
      <w:r>
        <w:t>2. Circle the most important task today.</w:t>
      </w:r>
    </w:p>
    <w:p w14:paraId="0F54791F" w14:textId="77777777" w:rsidR="00B02296" w:rsidRDefault="00B02296" w:rsidP="00B02296">
      <w:r>
        <w:t>___________________________________________________________________________________________________________________________________</w:t>
      </w:r>
    </w:p>
    <w:p w14:paraId="36B7651E" w14:textId="77777777" w:rsidR="00B02296" w:rsidRDefault="00B02296" w:rsidP="00B02296">
      <w:r>
        <w:t>___________________________________________________________________________________________________________________________________</w:t>
      </w:r>
    </w:p>
    <w:p w14:paraId="12C5BC5B" w14:textId="77777777" w:rsidR="001754EB" w:rsidRDefault="001754EB"/>
    <w:p w14:paraId="46D7A12F" w14:textId="77777777" w:rsidR="001754EB" w:rsidRDefault="00000000">
      <w:r>
        <w:t>3. Break it into the smallest possible step.</w:t>
      </w:r>
    </w:p>
    <w:p w14:paraId="34AEF4FC" w14:textId="77777777" w:rsidR="00B02296" w:rsidRDefault="00B02296" w:rsidP="00B02296">
      <w:r>
        <w:t>___________________________________________________________________________________________________________________________________</w:t>
      </w:r>
    </w:p>
    <w:p w14:paraId="36F92D28" w14:textId="77777777" w:rsidR="00B02296" w:rsidRDefault="00B02296" w:rsidP="00B02296">
      <w:r>
        <w:t>___________________________________________________________________________________________________________________________________</w:t>
      </w:r>
    </w:p>
    <w:p w14:paraId="5865DD68" w14:textId="77777777" w:rsidR="001754EB" w:rsidRDefault="001754EB"/>
    <w:p w14:paraId="56EBCCA0" w14:textId="77777777" w:rsidR="001754EB" w:rsidRDefault="00000000">
      <w:r>
        <w:t>4. Set a timer for 10 minutes and begin.</w:t>
      </w:r>
    </w:p>
    <w:p w14:paraId="79475584" w14:textId="77777777" w:rsidR="001754EB" w:rsidRDefault="001754EB"/>
    <w:p w14:paraId="40A8B4D8" w14:textId="77777777" w:rsidR="001754EB" w:rsidRDefault="00000000">
      <w:r>
        <w:br w:type="page"/>
      </w:r>
    </w:p>
    <w:p w14:paraId="232EA11B" w14:textId="77777777" w:rsidR="001754E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53FC14CB" wp14:editId="08B68EE9">
            <wp:extent cx="2286000" cy="22649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6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74C18" w14:textId="77777777" w:rsidR="001754EB" w:rsidRDefault="00000000">
      <w:pPr>
        <w:jc w:val="center"/>
      </w:pPr>
      <w:r>
        <w:rPr>
          <w:b/>
        </w:rPr>
        <w:t>Resume Checklist</w:t>
      </w:r>
    </w:p>
    <w:p w14:paraId="1A5F12E8" w14:textId="77777777" w:rsidR="001754EB" w:rsidRDefault="00000000">
      <w:pPr>
        <w:jc w:val="center"/>
      </w:pPr>
      <w:r>
        <w:t>Rose and Thorn – Life and Wellness Coaching</w:t>
      </w:r>
      <w:r>
        <w:br/>
        <w:t>www.roseandthorn.biz</w:t>
      </w:r>
    </w:p>
    <w:p w14:paraId="4C650E1F" w14:textId="77777777" w:rsidR="001754EB" w:rsidRDefault="001754EB"/>
    <w:p w14:paraId="5BDB8BCF" w14:textId="77777777" w:rsidR="001754EB" w:rsidRDefault="00000000">
      <w:r>
        <w:t>□ Clear contact information</w:t>
      </w:r>
    </w:p>
    <w:p w14:paraId="108F6828" w14:textId="77777777" w:rsidR="001754EB" w:rsidRDefault="00000000">
      <w:r>
        <w:t>____________________________________________</w:t>
      </w:r>
    </w:p>
    <w:p w14:paraId="323F9DC3" w14:textId="77777777" w:rsidR="00B02296" w:rsidRDefault="00B02296" w:rsidP="00B02296">
      <w:r>
        <w:t>□ Education and certifications</w:t>
      </w:r>
    </w:p>
    <w:p w14:paraId="4D9406A0" w14:textId="77777777" w:rsidR="00B02296" w:rsidRDefault="00B02296" w:rsidP="00B02296">
      <w:r>
        <w:t>____________________________________________</w:t>
      </w:r>
    </w:p>
    <w:p w14:paraId="689B85D8" w14:textId="77777777" w:rsidR="001754EB" w:rsidRDefault="001754EB"/>
    <w:p w14:paraId="316A9BF7" w14:textId="77777777" w:rsidR="001754EB" w:rsidRDefault="00000000">
      <w:r>
        <w:t>□ Professional summary</w:t>
      </w:r>
    </w:p>
    <w:p w14:paraId="61EE2D2B" w14:textId="77777777" w:rsidR="001754EB" w:rsidRDefault="00000000">
      <w:r>
        <w:t>____________________________________________</w:t>
      </w:r>
    </w:p>
    <w:p w14:paraId="0947ADAE" w14:textId="77777777" w:rsidR="001754EB" w:rsidRDefault="001754EB"/>
    <w:p w14:paraId="1DDEA4A2" w14:textId="77777777" w:rsidR="001754EB" w:rsidRDefault="00000000">
      <w:r>
        <w:t>□ Relevant experience</w:t>
      </w:r>
    </w:p>
    <w:p w14:paraId="015EAC14" w14:textId="77777777" w:rsidR="001754EB" w:rsidRDefault="00000000">
      <w:r>
        <w:t>____________________________________________</w:t>
      </w:r>
    </w:p>
    <w:p w14:paraId="27FC2AD9" w14:textId="77777777" w:rsidR="001754EB" w:rsidRDefault="001754EB"/>
    <w:p w14:paraId="1004876D" w14:textId="77777777" w:rsidR="001754EB" w:rsidRDefault="00000000">
      <w:r>
        <w:t>□ Bullet points showing accomplishments</w:t>
      </w:r>
    </w:p>
    <w:p w14:paraId="18CC0F3E" w14:textId="77777777" w:rsidR="001754EB" w:rsidRDefault="00000000">
      <w:r>
        <w:t>____________________________________________</w:t>
      </w:r>
    </w:p>
    <w:p w14:paraId="42CEF839" w14:textId="0D1F250F" w:rsidR="00B02296" w:rsidRDefault="00B02296" w:rsidP="00B02296">
      <w:r>
        <w:t xml:space="preserve">□ </w:t>
      </w:r>
      <w:r>
        <w:t>HOW does your resume stand out?</w:t>
      </w:r>
    </w:p>
    <w:p w14:paraId="19158338" w14:textId="77777777" w:rsidR="00B02296" w:rsidRDefault="00B02296" w:rsidP="00B02296">
      <w:r>
        <w:t>____________________________________________</w:t>
      </w:r>
    </w:p>
    <w:p w14:paraId="677186EA" w14:textId="77777777" w:rsidR="001754EB" w:rsidRDefault="001754EB"/>
    <w:p w14:paraId="235F83D9" w14:textId="77777777" w:rsidR="001754EB" w:rsidRDefault="001754EB"/>
    <w:p w14:paraId="2251D814" w14:textId="77777777" w:rsidR="001754EB" w:rsidRDefault="00000000">
      <w:r>
        <w:br w:type="page"/>
      </w:r>
    </w:p>
    <w:p w14:paraId="38DB2C3E" w14:textId="77777777" w:rsidR="001754E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5E9527FB" wp14:editId="1B2BAFE3">
            <wp:extent cx="2286000" cy="2264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6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D0A1C" w14:textId="77777777" w:rsidR="001754EB" w:rsidRDefault="00000000">
      <w:pPr>
        <w:jc w:val="center"/>
      </w:pPr>
      <w:r>
        <w:rPr>
          <w:b/>
        </w:rPr>
        <w:t>Job Search Tracker</w:t>
      </w:r>
    </w:p>
    <w:p w14:paraId="7FB9A7DD" w14:textId="77777777" w:rsidR="001754EB" w:rsidRDefault="00000000">
      <w:pPr>
        <w:jc w:val="center"/>
      </w:pPr>
      <w:r>
        <w:t>Rose and Thorn – Life and Wellness Coaching</w:t>
      </w:r>
      <w:r>
        <w:br/>
        <w:t>www.roseandthorn.biz</w:t>
      </w:r>
    </w:p>
    <w:p w14:paraId="44C57932" w14:textId="77777777" w:rsidR="001754EB" w:rsidRDefault="00000000">
      <w:r>
        <w:t>Company | Position | Date Applied | Follow-Up | Notes</w:t>
      </w:r>
    </w:p>
    <w:p w14:paraId="66C74908" w14:textId="6C553233" w:rsidR="001754EB" w:rsidRDefault="00B02296">
      <w:r w:rsidRPr="00B02296">
        <w:rPr>
          <w:b/>
          <w:bCs/>
        </w:rPr>
        <w:t xml:space="preserve">Company </w:t>
      </w:r>
      <w:r w:rsidR="00000000">
        <w:t>_____________________________________</w:t>
      </w:r>
      <w:r>
        <w:t>____________________________________________________Date Applied______________</w:t>
      </w:r>
    </w:p>
    <w:p w14:paraId="3E0988E1" w14:textId="265F97D4" w:rsidR="00B02296" w:rsidRDefault="00B02296" w:rsidP="00B02296">
      <w:r>
        <w:t>Position</w:t>
      </w:r>
      <w:r>
        <w:t xml:space="preserve"> ________________________________________________________________________________________________________________________</w:t>
      </w:r>
    </w:p>
    <w:p w14:paraId="0ED4F250" w14:textId="09480D4E" w:rsidR="00B02296" w:rsidRDefault="00B02296" w:rsidP="00B02296">
      <w:r>
        <w:t xml:space="preserve">Where did you apply (indeed.com, </w:t>
      </w:r>
      <w:proofErr w:type="spellStart"/>
      <w:r>
        <w:t>etc</w:t>
      </w:r>
      <w:proofErr w:type="spellEnd"/>
      <w:r>
        <w:t>)?</w:t>
      </w:r>
      <w:r>
        <w:t xml:space="preserve"> ________________________________________________________________________________________________________________________</w:t>
      </w:r>
    </w:p>
    <w:p w14:paraId="3D4D1C66" w14:textId="71731A0C" w:rsidR="00B02296" w:rsidRDefault="00B02296" w:rsidP="00B02296">
      <w:r>
        <w:t xml:space="preserve">Contact for company </w:t>
      </w:r>
      <w:r>
        <w:t xml:space="preserve">_______________________________________________□ </w:t>
      </w:r>
      <w:r>
        <w:t>Follow up message</w:t>
      </w:r>
    </w:p>
    <w:p w14:paraId="2E157B11" w14:textId="77777777" w:rsidR="00B02296" w:rsidRDefault="00B02296" w:rsidP="00B02296">
      <w:r w:rsidRPr="00B02296">
        <w:rPr>
          <w:b/>
          <w:bCs/>
        </w:rPr>
        <w:t>Company</w:t>
      </w:r>
      <w:r>
        <w:t xml:space="preserve"> _________________________________________________________________________________________Date Applied______________</w:t>
      </w:r>
    </w:p>
    <w:p w14:paraId="091F189D" w14:textId="77777777" w:rsidR="00B02296" w:rsidRDefault="00B02296" w:rsidP="00B02296">
      <w:r>
        <w:t>Position ________________________________________________________________________________________________________________________</w:t>
      </w:r>
    </w:p>
    <w:p w14:paraId="090005EC" w14:textId="77777777" w:rsidR="00B02296" w:rsidRDefault="00B02296" w:rsidP="00B02296">
      <w:r>
        <w:t xml:space="preserve">Where did you apply (indeed.com, </w:t>
      </w:r>
      <w:proofErr w:type="spellStart"/>
      <w:r>
        <w:t>etc</w:t>
      </w:r>
      <w:proofErr w:type="spellEnd"/>
      <w:r>
        <w:t>)? ________________________________________________________________________________________________________________________</w:t>
      </w:r>
    </w:p>
    <w:p w14:paraId="60EFDBC4" w14:textId="77777777" w:rsidR="00B02296" w:rsidRDefault="00B02296" w:rsidP="00B02296">
      <w:r>
        <w:t>Contact for company _______________________________________________□ Follow up message</w:t>
      </w:r>
    </w:p>
    <w:p w14:paraId="54D174AD" w14:textId="77777777" w:rsidR="00B02296" w:rsidRDefault="00B02296" w:rsidP="00B02296">
      <w:r w:rsidRPr="00B02296">
        <w:rPr>
          <w:b/>
          <w:bCs/>
        </w:rPr>
        <w:t xml:space="preserve">Company </w:t>
      </w:r>
      <w:r>
        <w:t>_________________________________________________________________________________________Date Applied______________</w:t>
      </w:r>
    </w:p>
    <w:p w14:paraId="0275E54C" w14:textId="77777777" w:rsidR="00B02296" w:rsidRDefault="00B02296" w:rsidP="00B02296">
      <w:r>
        <w:t>Position ________________________________________________________________________________________________________________________</w:t>
      </w:r>
    </w:p>
    <w:p w14:paraId="7FEA3CEB" w14:textId="77777777" w:rsidR="00B02296" w:rsidRDefault="00B02296" w:rsidP="00B02296">
      <w:r>
        <w:t xml:space="preserve">Where did you apply (indeed.com, </w:t>
      </w:r>
      <w:proofErr w:type="spellStart"/>
      <w:r>
        <w:t>etc</w:t>
      </w:r>
      <w:proofErr w:type="spellEnd"/>
      <w:r>
        <w:t>)? ________________________________________________________________________________________________________________________</w:t>
      </w:r>
    </w:p>
    <w:p w14:paraId="582FF8EF" w14:textId="77777777" w:rsidR="00B02296" w:rsidRDefault="00B02296" w:rsidP="00B02296">
      <w:r>
        <w:t>Contact for company _______________________________________________□ Follow up message</w:t>
      </w:r>
    </w:p>
    <w:p w14:paraId="262E52F2" w14:textId="77777777" w:rsidR="00B02296" w:rsidRDefault="00B02296" w:rsidP="00B02296">
      <w:pPr>
        <w:rPr>
          <w:b/>
          <w:bCs/>
        </w:rPr>
      </w:pPr>
    </w:p>
    <w:p w14:paraId="1C975E12" w14:textId="77777777" w:rsidR="00B02296" w:rsidRDefault="00B02296" w:rsidP="00B02296">
      <w:pPr>
        <w:rPr>
          <w:b/>
          <w:bCs/>
        </w:rPr>
      </w:pPr>
    </w:p>
    <w:p w14:paraId="0F7276D5" w14:textId="77777777" w:rsidR="00B02296" w:rsidRDefault="00B02296" w:rsidP="00B02296">
      <w:pPr>
        <w:rPr>
          <w:b/>
          <w:bCs/>
        </w:rPr>
      </w:pPr>
    </w:p>
    <w:p w14:paraId="486E913A" w14:textId="77777777" w:rsidR="00B02296" w:rsidRDefault="00B02296" w:rsidP="00B02296">
      <w:pPr>
        <w:rPr>
          <w:b/>
          <w:bCs/>
        </w:rPr>
      </w:pPr>
    </w:p>
    <w:p w14:paraId="683B9E1D" w14:textId="35458E3D" w:rsidR="00B02296" w:rsidRDefault="00B02296" w:rsidP="00B02296">
      <w:r w:rsidRPr="00B02296">
        <w:rPr>
          <w:b/>
          <w:bCs/>
        </w:rPr>
        <w:lastRenderedPageBreak/>
        <w:t>Company</w:t>
      </w:r>
      <w:r>
        <w:t xml:space="preserve"> _________________________________________________________________________________________Date Applied______________</w:t>
      </w:r>
    </w:p>
    <w:p w14:paraId="522DA51C" w14:textId="77777777" w:rsidR="00B02296" w:rsidRDefault="00B02296" w:rsidP="00B02296">
      <w:r>
        <w:t>Position ________________________________________________________________________________________________________________________</w:t>
      </w:r>
    </w:p>
    <w:p w14:paraId="3C241690" w14:textId="77777777" w:rsidR="00B02296" w:rsidRDefault="00B02296" w:rsidP="00B02296">
      <w:r>
        <w:t xml:space="preserve">Where did you apply (indeed.com, </w:t>
      </w:r>
      <w:proofErr w:type="spellStart"/>
      <w:r>
        <w:t>etc</w:t>
      </w:r>
      <w:proofErr w:type="spellEnd"/>
      <w:r>
        <w:t>)? ________________________________________________________________________________________________________________________</w:t>
      </w:r>
    </w:p>
    <w:p w14:paraId="4F8261A9" w14:textId="77777777" w:rsidR="00B02296" w:rsidRDefault="00B02296" w:rsidP="00B02296">
      <w:r>
        <w:t>Contact for company _______________________________________________□ Follow up message</w:t>
      </w:r>
    </w:p>
    <w:p w14:paraId="32AB59CE" w14:textId="77777777" w:rsidR="00B02296" w:rsidRDefault="00B02296" w:rsidP="00B02296">
      <w:r w:rsidRPr="00B02296">
        <w:rPr>
          <w:b/>
          <w:bCs/>
        </w:rPr>
        <w:t xml:space="preserve">Company </w:t>
      </w:r>
      <w:r>
        <w:t>_________________________________________________________________________________________Date Applied______________</w:t>
      </w:r>
    </w:p>
    <w:p w14:paraId="72A0F3F9" w14:textId="77777777" w:rsidR="00B02296" w:rsidRDefault="00B02296" w:rsidP="00B02296">
      <w:r>
        <w:t>Position ________________________________________________________________________________________________________________________</w:t>
      </w:r>
    </w:p>
    <w:p w14:paraId="23BC83E1" w14:textId="77777777" w:rsidR="00B02296" w:rsidRDefault="00B02296" w:rsidP="00B02296">
      <w:r>
        <w:t xml:space="preserve">Where did you apply (indeed.com, </w:t>
      </w:r>
      <w:proofErr w:type="spellStart"/>
      <w:r>
        <w:t>etc</w:t>
      </w:r>
      <w:proofErr w:type="spellEnd"/>
      <w:r>
        <w:t>)? ________________________________________________________________________________________________________________________</w:t>
      </w:r>
    </w:p>
    <w:p w14:paraId="121C2249" w14:textId="77777777" w:rsidR="00B02296" w:rsidRDefault="00B02296" w:rsidP="00B02296">
      <w:r>
        <w:t>Contact for company _______________________________________________□ Follow up message</w:t>
      </w:r>
    </w:p>
    <w:p w14:paraId="5336EE43" w14:textId="77777777" w:rsidR="00B02296" w:rsidRDefault="00B02296" w:rsidP="00B02296">
      <w:r w:rsidRPr="00B02296">
        <w:rPr>
          <w:b/>
          <w:bCs/>
        </w:rPr>
        <w:t>Company</w:t>
      </w:r>
      <w:r>
        <w:t xml:space="preserve"> _________________________________________________________________________________________Date Applied______________</w:t>
      </w:r>
    </w:p>
    <w:p w14:paraId="7D5F5574" w14:textId="77777777" w:rsidR="00B02296" w:rsidRDefault="00B02296" w:rsidP="00B02296">
      <w:r>
        <w:t>Position ________________________________________________________________________________________________________________________</w:t>
      </w:r>
    </w:p>
    <w:p w14:paraId="4D5E5088" w14:textId="77777777" w:rsidR="00B02296" w:rsidRDefault="00B02296" w:rsidP="00B02296">
      <w:r>
        <w:t xml:space="preserve">Where did you apply (indeed.com, </w:t>
      </w:r>
      <w:proofErr w:type="spellStart"/>
      <w:r>
        <w:t>etc</w:t>
      </w:r>
      <w:proofErr w:type="spellEnd"/>
      <w:r>
        <w:t>)? ________________________________________________________________________________________________________________________</w:t>
      </w:r>
    </w:p>
    <w:p w14:paraId="364441F5" w14:textId="77777777" w:rsidR="00B02296" w:rsidRDefault="00B02296" w:rsidP="00B02296">
      <w:r>
        <w:t>Contact for company _______________________________________________□ Follow up message</w:t>
      </w:r>
    </w:p>
    <w:p w14:paraId="51E6D9E5" w14:textId="77777777" w:rsidR="00B02296" w:rsidRDefault="00B02296" w:rsidP="00B02296">
      <w:r w:rsidRPr="00B02296">
        <w:rPr>
          <w:b/>
          <w:bCs/>
        </w:rPr>
        <w:t xml:space="preserve">Company </w:t>
      </w:r>
      <w:r>
        <w:t>_________________________________________________________________________________________Date Applied______________</w:t>
      </w:r>
    </w:p>
    <w:p w14:paraId="204212C4" w14:textId="77777777" w:rsidR="00B02296" w:rsidRDefault="00B02296" w:rsidP="00B02296">
      <w:r>
        <w:t>Position ________________________________________________________________________________________________________________________</w:t>
      </w:r>
    </w:p>
    <w:p w14:paraId="21D6A440" w14:textId="77777777" w:rsidR="00B02296" w:rsidRDefault="00B02296" w:rsidP="00B02296">
      <w:r>
        <w:t xml:space="preserve">Where did you apply (indeed.com, </w:t>
      </w:r>
      <w:proofErr w:type="spellStart"/>
      <w:r>
        <w:t>etc</w:t>
      </w:r>
      <w:proofErr w:type="spellEnd"/>
      <w:r>
        <w:t>)? ________________________________________________________________________________________________________________________</w:t>
      </w:r>
    </w:p>
    <w:p w14:paraId="4267E3D2" w14:textId="77777777" w:rsidR="00B02296" w:rsidRDefault="00B02296" w:rsidP="00B02296">
      <w:r>
        <w:t>Contact for company _______________________________________________□ Follow up message</w:t>
      </w:r>
    </w:p>
    <w:p w14:paraId="424BDF7A" w14:textId="77777777" w:rsidR="00B02296" w:rsidRDefault="00B02296" w:rsidP="00B02296">
      <w:r w:rsidRPr="00B02296">
        <w:rPr>
          <w:b/>
          <w:bCs/>
        </w:rPr>
        <w:t>Company</w:t>
      </w:r>
      <w:r>
        <w:t xml:space="preserve"> _________________________________________________________________________________________Date Applied______________</w:t>
      </w:r>
    </w:p>
    <w:p w14:paraId="73C93305" w14:textId="77777777" w:rsidR="00B02296" w:rsidRDefault="00B02296" w:rsidP="00B02296">
      <w:r>
        <w:t>Position ________________________________________________________________________________________________________________________</w:t>
      </w:r>
    </w:p>
    <w:p w14:paraId="08B72FA5" w14:textId="77777777" w:rsidR="00B02296" w:rsidRDefault="00B02296" w:rsidP="00B02296">
      <w:r>
        <w:t xml:space="preserve">Where did you apply (indeed.com, </w:t>
      </w:r>
      <w:proofErr w:type="spellStart"/>
      <w:r>
        <w:t>etc</w:t>
      </w:r>
      <w:proofErr w:type="spellEnd"/>
      <w:r>
        <w:t>)? ________________________________________________________________________________________________________________________</w:t>
      </w:r>
    </w:p>
    <w:p w14:paraId="76AB84E9" w14:textId="77777777" w:rsidR="00B02296" w:rsidRDefault="00B02296" w:rsidP="00B02296">
      <w:r>
        <w:t>Contact for company _______________________________________________□ Follow up message</w:t>
      </w:r>
    </w:p>
    <w:p w14:paraId="5054D374" w14:textId="77777777" w:rsidR="001754EB" w:rsidRDefault="00000000">
      <w:r>
        <w:br w:type="page"/>
      </w:r>
    </w:p>
    <w:p w14:paraId="6140E9DF" w14:textId="77777777" w:rsidR="001754E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760759EC" wp14:editId="1311B75C">
            <wp:extent cx="2286000" cy="22649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6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8FCF6" w14:textId="77777777" w:rsidR="001754EB" w:rsidRDefault="00000000">
      <w:pPr>
        <w:jc w:val="center"/>
      </w:pPr>
      <w:r>
        <w:rPr>
          <w:b/>
        </w:rPr>
        <w:t>Career Clarity Questions</w:t>
      </w:r>
    </w:p>
    <w:p w14:paraId="7AED20E3" w14:textId="77777777" w:rsidR="001754EB" w:rsidRDefault="00000000">
      <w:pPr>
        <w:jc w:val="center"/>
      </w:pPr>
      <w:r>
        <w:t>Rose and Thorn – Life and Wellness Coaching</w:t>
      </w:r>
      <w:r>
        <w:br/>
        <w:t>www.roseandthorn.biz</w:t>
      </w:r>
    </w:p>
    <w:p w14:paraId="76139527" w14:textId="77777777" w:rsidR="001754EB" w:rsidRDefault="001754EB"/>
    <w:p w14:paraId="684E0090" w14:textId="77777777" w:rsidR="001754EB" w:rsidRDefault="00000000">
      <w:r>
        <w:t>What type of work energizes you?</w:t>
      </w:r>
    </w:p>
    <w:p w14:paraId="137876D9" w14:textId="0705AFFA" w:rsidR="001754EB" w:rsidRDefault="00000000">
      <w:r>
        <w:t>____________________________________________</w:t>
      </w:r>
      <w:r w:rsidR="008A1F0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7410D7" w14:textId="77777777" w:rsidR="001754EB" w:rsidRDefault="001754EB"/>
    <w:p w14:paraId="72B6CFCF" w14:textId="77777777" w:rsidR="001754EB" w:rsidRDefault="00000000">
      <w:r>
        <w:t>What skills do people compliment you on?</w:t>
      </w:r>
    </w:p>
    <w:p w14:paraId="32BB9ADD" w14:textId="77777777" w:rsidR="008A1F08" w:rsidRDefault="008A1F08" w:rsidP="008A1F0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98456" w14:textId="77777777" w:rsidR="001754EB" w:rsidRDefault="001754EB"/>
    <w:p w14:paraId="6896E441" w14:textId="77777777" w:rsidR="001754EB" w:rsidRDefault="00000000">
      <w:r>
        <w:t>What work environment fits you best?</w:t>
      </w:r>
    </w:p>
    <w:p w14:paraId="6230DFB5" w14:textId="77777777" w:rsidR="008A1F08" w:rsidRDefault="008A1F08" w:rsidP="008A1F0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6F5A6C" w14:textId="77777777" w:rsidR="001754EB" w:rsidRDefault="001754EB"/>
    <w:p w14:paraId="34ECE76F" w14:textId="77777777" w:rsidR="001754EB" w:rsidRDefault="00000000">
      <w:r>
        <w:br w:type="page"/>
      </w:r>
    </w:p>
    <w:p w14:paraId="7F774D16" w14:textId="77777777" w:rsidR="001754E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29B40B61" wp14:editId="7B256299">
            <wp:extent cx="2286000" cy="22649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6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534F0" w14:textId="77777777" w:rsidR="001754EB" w:rsidRDefault="00000000">
      <w:pPr>
        <w:jc w:val="center"/>
      </w:pPr>
      <w:r>
        <w:rPr>
          <w:b/>
        </w:rPr>
        <w:t>Self Reflection Questions</w:t>
      </w:r>
    </w:p>
    <w:p w14:paraId="745C9D0C" w14:textId="77777777" w:rsidR="001754EB" w:rsidRDefault="00000000">
      <w:pPr>
        <w:jc w:val="center"/>
      </w:pPr>
      <w:r>
        <w:t>Rose and Thorn – Life and Wellness Coaching</w:t>
      </w:r>
      <w:r>
        <w:br/>
        <w:t>www.roseandthorn.biz</w:t>
      </w:r>
    </w:p>
    <w:p w14:paraId="2001C89A" w14:textId="77777777" w:rsidR="001754EB" w:rsidRDefault="001754EB"/>
    <w:p w14:paraId="7F797D81" w14:textId="77777777" w:rsidR="001754EB" w:rsidRDefault="00000000">
      <w:r>
        <w:t>What is one thing you handled well this week?</w:t>
      </w:r>
    </w:p>
    <w:p w14:paraId="08031FAA" w14:textId="77777777" w:rsidR="008A1F08" w:rsidRDefault="008A1F08" w:rsidP="008A1F0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B98844" w14:textId="77777777" w:rsidR="001754EB" w:rsidRDefault="001754EB"/>
    <w:p w14:paraId="04AD6EA6" w14:textId="77777777" w:rsidR="001754EB" w:rsidRDefault="00000000">
      <w:r>
        <w:t>What challenge taught you something?</w:t>
      </w:r>
    </w:p>
    <w:p w14:paraId="7AE2685D" w14:textId="77777777" w:rsidR="008A1F08" w:rsidRDefault="008A1F08" w:rsidP="008A1F0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FB98B2" w14:textId="77777777" w:rsidR="001754EB" w:rsidRDefault="001754EB"/>
    <w:p w14:paraId="301DC5C6" w14:textId="77777777" w:rsidR="001754EB" w:rsidRDefault="00000000">
      <w:r>
        <w:t>What would you like to improve next week?</w:t>
      </w:r>
    </w:p>
    <w:p w14:paraId="5ACAAD0C" w14:textId="77777777" w:rsidR="008A1F08" w:rsidRDefault="008A1F08" w:rsidP="008A1F0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C17C8F" w14:textId="77777777" w:rsidR="001754EB" w:rsidRDefault="001754EB"/>
    <w:p w14:paraId="53D41FCA" w14:textId="77777777" w:rsidR="001754EB" w:rsidRDefault="00000000">
      <w:r>
        <w:br w:type="page"/>
      </w:r>
    </w:p>
    <w:p w14:paraId="0BD4634F" w14:textId="77777777" w:rsidR="001754E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4448A08" wp14:editId="347037E3">
            <wp:extent cx="2286000" cy="22649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6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28D89" w14:textId="77777777" w:rsidR="001754EB" w:rsidRDefault="00000000">
      <w:pPr>
        <w:jc w:val="center"/>
      </w:pPr>
      <w:r>
        <w:rPr>
          <w:b/>
        </w:rPr>
        <w:t>When Anxiety Is Loud – Reminders</w:t>
      </w:r>
    </w:p>
    <w:p w14:paraId="0D2CB7AF" w14:textId="77777777" w:rsidR="001754EB" w:rsidRDefault="00000000">
      <w:pPr>
        <w:jc w:val="center"/>
      </w:pPr>
      <w:r>
        <w:t>Rose and Thorn – Life and Wellness Coaching</w:t>
      </w:r>
      <w:r>
        <w:br/>
        <w:t>www.roseandthorn.biz</w:t>
      </w:r>
    </w:p>
    <w:p w14:paraId="078F723E" w14:textId="77777777" w:rsidR="001754EB" w:rsidRDefault="001754EB"/>
    <w:p w14:paraId="251E7ACF" w14:textId="77777777" w:rsidR="001754EB" w:rsidRDefault="00000000">
      <w:r>
        <w:t>Feelings are temporary.</w:t>
      </w:r>
    </w:p>
    <w:p w14:paraId="1D5A1937" w14:textId="77777777" w:rsidR="001754EB" w:rsidRDefault="00000000">
      <w:r>
        <w:t>____________________________________________</w:t>
      </w:r>
    </w:p>
    <w:p w14:paraId="2486076F" w14:textId="77777777" w:rsidR="001754EB" w:rsidRDefault="001754EB"/>
    <w:p w14:paraId="44D7E67F" w14:textId="77777777" w:rsidR="001754EB" w:rsidRDefault="00000000">
      <w:r>
        <w:t>Anxiety exaggerates threats.</w:t>
      </w:r>
    </w:p>
    <w:p w14:paraId="29B26051" w14:textId="77777777" w:rsidR="001754EB" w:rsidRDefault="00000000">
      <w:r>
        <w:t>____________________________________________</w:t>
      </w:r>
    </w:p>
    <w:p w14:paraId="3B25D686" w14:textId="77777777" w:rsidR="001754EB" w:rsidRDefault="001754EB"/>
    <w:p w14:paraId="35A39704" w14:textId="77777777" w:rsidR="001754EB" w:rsidRDefault="00000000">
      <w:r>
        <w:t>I have handled difficult things before.</w:t>
      </w:r>
    </w:p>
    <w:p w14:paraId="5FE5411A" w14:textId="77777777" w:rsidR="001754EB" w:rsidRDefault="00000000">
      <w:r>
        <w:t>____________________________________________</w:t>
      </w:r>
    </w:p>
    <w:p w14:paraId="78FF7BAD" w14:textId="77777777" w:rsidR="001754EB" w:rsidRDefault="001754EB"/>
    <w:p w14:paraId="7C389800" w14:textId="77777777" w:rsidR="001754EB" w:rsidRDefault="00000000">
      <w:r>
        <w:t>I can take one step at a time.</w:t>
      </w:r>
    </w:p>
    <w:p w14:paraId="222C3775" w14:textId="77777777" w:rsidR="001754EB" w:rsidRDefault="00000000">
      <w:r>
        <w:t>____________________________________________</w:t>
      </w:r>
    </w:p>
    <w:p w14:paraId="155835EF" w14:textId="77777777" w:rsidR="001754EB" w:rsidRDefault="001754EB"/>
    <w:p w14:paraId="7419CEAA" w14:textId="77777777" w:rsidR="001754EB" w:rsidRDefault="00000000">
      <w:r>
        <w:br w:type="page"/>
      </w:r>
    </w:p>
    <w:p w14:paraId="1D1A3C7B" w14:textId="77777777" w:rsidR="001754E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501CD748" wp14:editId="7D7BBA7F">
            <wp:extent cx="2286000" cy="22649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6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F03BE" w14:textId="77777777" w:rsidR="001754EB" w:rsidRDefault="00000000">
      <w:pPr>
        <w:jc w:val="center"/>
      </w:pPr>
      <w:r>
        <w:rPr>
          <w:b/>
        </w:rPr>
        <w:t>Progress Not Perfection Tracker</w:t>
      </w:r>
    </w:p>
    <w:p w14:paraId="138F4753" w14:textId="77777777" w:rsidR="001754EB" w:rsidRDefault="00000000">
      <w:pPr>
        <w:jc w:val="center"/>
      </w:pPr>
      <w:r>
        <w:t>Rose and Thorn – Life and Wellness Coaching</w:t>
      </w:r>
      <w:r>
        <w:br/>
        <w:t>www.roseandthorn.biz</w:t>
      </w:r>
    </w:p>
    <w:p w14:paraId="7AAFF093" w14:textId="77777777" w:rsidR="001754EB" w:rsidRDefault="001754EB"/>
    <w:p w14:paraId="4AAD24CC" w14:textId="77777777" w:rsidR="001754EB" w:rsidRDefault="00000000">
      <w:r>
        <w:t>Something I accomplished today:</w:t>
      </w:r>
    </w:p>
    <w:p w14:paraId="2C5D898A" w14:textId="77777777" w:rsidR="008A1F08" w:rsidRDefault="008A1F08" w:rsidP="008A1F0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7DD204" w14:textId="77777777" w:rsidR="001754EB" w:rsidRDefault="001754EB"/>
    <w:p w14:paraId="7BEEC6E1" w14:textId="77777777" w:rsidR="001754EB" w:rsidRDefault="00000000">
      <w:r>
        <w:t>Something I handled better than before:</w:t>
      </w:r>
    </w:p>
    <w:p w14:paraId="1B72475B" w14:textId="77777777" w:rsidR="008A1F08" w:rsidRDefault="008A1F08" w:rsidP="008A1F0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317DEA" w14:textId="77777777" w:rsidR="001754EB" w:rsidRDefault="001754EB"/>
    <w:p w14:paraId="74B85FC2" w14:textId="77777777" w:rsidR="001754EB" w:rsidRDefault="00000000">
      <w:r>
        <w:t>One small step forward:</w:t>
      </w:r>
    </w:p>
    <w:p w14:paraId="418CCB94" w14:textId="77777777" w:rsidR="008A1F08" w:rsidRDefault="008A1F08" w:rsidP="008A1F0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3E88F0" w14:textId="0A2827D5" w:rsidR="001754EB" w:rsidRDefault="001754EB"/>
    <w:p w14:paraId="5A185BF1" w14:textId="77777777" w:rsidR="001754EB" w:rsidRDefault="001754EB"/>
    <w:sectPr w:rsidR="001754EB" w:rsidSect="00E91B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8781524">
    <w:abstractNumId w:val="8"/>
  </w:num>
  <w:num w:numId="2" w16cid:durableId="36438086">
    <w:abstractNumId w:val="6"/>
  </w:num>
  <w:num w:numId="3" w16cid:durableId="2021925318">
    <w:abstractNumId w:val="5"/>
  </w:num>
  <w:num w:numId="4" w16cid:durableId="1187906914">
    <w:abstractNumId w:val="4"/>
  </w:num>
  <w:num w:numId="5" w16cid:durableId="780805906">
    <w:abstractNumId w:val="7"/>
  </w:num>
  <w:num w:numId="6" w16cid:durableId="94568553">
    <w:abstractNumId w:val="3"/>
  </w:num>
  <w:num w:numId="7" w16cid:durableId="651912028">
    <w:abstractNumId w:val="2"/>
  </w:num>
  <w:num w:numId="8" w16cid:durableId="2050109">
    <w:abstractNumId w:val="1"/>
  </w:num>
  <w:num w:numId="9" w16cid:durableId="186459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54EB"/>
    <w:rsid w:val="0029639D"/>
    <w:rsid w:val="00326F90"/>
    <w:rsid w:val="005F31D2"/>
    <w:rsid w:val="008A1F08"/>
    <w:rsid w:val="008F4B84"/>
    <w:rsid w:val="00AA1D8D"/>
    <w:rsid w:val="00B02296"/>
    <w:rsid w:val="00B47730"/>
    <w:rsid w:val="00C552B6"/>
    <w:rsid w:val="00CB0664"/>
    <w:rsid w:val="00DA7220"/>
    <w:rsid w:val="00E91B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6E2F85"/>
  <w14:defaultImageDpi w14:val="300"/>
  <w15:docId w15:val="{E0641918-AF2D-4F8D-8442-B77A92BB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Kasey Magnuson</cp:lastModifiedBy>
  <cp:revision>7</cp:revision>
  <dcterms:created xsi:type="dcterms:W3CDTF">2026-03-13T18:09:00Z</dcterms:created>
  <dcterms:modified xsi:type="dcterms:W3CDTF">2026-03-13T18:26:00Z</dcterms:modified>
  <cp:category/>
</cp:coreProperties>
</file>